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NOMBRE APELLIDO</w:t>
      </w:r>
    </w:p>
    <w:p>
      <w:pPr>
        <w:jc w:val="center"/>
      </w:pPr>
      <w:r>
        <w:rPr>
          <w:b/>
        </w:rPr>
        <w:t>Puesto u objetivo laboral</w:t>
      </w:r>
    </w:p>
    <w:p>
      <w:pPr>
        <w:jc w:val="center"/>
      </w:pPr>
      <w:r>
        <w:t>Ciudad | Teléfono | correo@ejemplo.com</w:t>
      </w:r>
    </w:p>
    <w:p>
      <w:pPr>
        <w:pStyle w:val="Heading1"/>
      </w:pPr>
      <w:r>
        <w:t>PERFIL</w:t>
      </w:r>
    </w:p>
    <w:p>
      <w:r>
        <w:t>Escribe 3 o 4 líneas sobre tu experiencia, tus principales habilidades y el tipo de puesto que buscas.</w:t>
      </w:r>
    </w:p>
    <w:p>
      <w:pPr>
        <w:pStyle w:val="Heading1"/>
      </w:pPr>
      <w:r>
        <w:t>EXPERIENCIA LABORAL</w:t>
      </w:r>
    </w:p>
    <w:p>
      <w:r>
        <w:rPr>
          <w:b/>
        </w:rPr>
        <w:t>PUESTO — EMPRESA</w:t>
      </w:r>
      <w:r>
        <w:t xml:space="preserve">  |  Mes/Año – Mes/Año</w:t>
      </w:r>
    </w:p>
    <w:p>
      <w:pPr>
        <w:pStyle w:val="ListBullet"/>
      </w:pPr>
      <w:r>
        <w:t>Describe una responsabilidad relevante.</w:t>
      </w:r>
    </w:p>
    <w:p>
      <w:pPr>
        <w:pStyle w:val="ListBullet"/>
      </w:pPr>
      <w:r>
        <w:t>Añade un logro o resultado concreto cuando sea posible.</w:t>
      </w:r>
    </w:p>
    <w:p>
      <w:r>
        <w:rPr>
          <w:b/>
        </w:rPr>
        <w:t>PUESTO — EMPRESA</w:t>
      </w:r>
      <w:r>
        <w:t xml:space="preserve">  |  Mes/Año – Mes/Año</w:t>
      </w:r>
    </w:p>
    <w:p>
      <w:pPr>
        <w:pStyle w:val="ListBullet"/>
      </w:pPr>
      <w:r>
        <w:t>Describe brevemente tus tareas principales.</w:t>
      </w:r>
    </w:p>
    <w:p>
      <w:pPr>
        <w:pStyle w:val="ListBullet"/>
      </w:pPr>
      <w:r>
        <w:t>Prioriza información relacionada con el empleo al que postulas.</w:t>
      </w:r>
    </w:p>
    <w:p>
      <w:pPr>
        <w:pStyle w:val="Heading1"/>
      </w:pPr>
      <w:r>
        <w:t>FORMACIÓN</w:t>
      </w:r>
    </w:p>
    <w:p>
      <w:r>
        <w:rPr>
          <w:b/>
        </w:rPr>
        <w:t>Título o estudios — Institución</w:t>
      </w:r>
      <w:r>
        <w:t xml:space="preserve">  |  Año o “En curso”</w:t>
      </w:r>
    </w:p>
    <w:p>
      <w:pPr>
        <w:pStyle w:val="Heading1"/>
      </w:pPr>
      <w:r>
        <w:t>HABILIDADES</w:t>
      </w:r>
    </w:p>
    <w:p>
      <w:pPr>
        <w:pStyle w:val="ListBullet"/>
      </w:pPr>
      <w:r>
        <w:t>Habilidad técnica o herramienta</w:t>
      </w:r>
    </w:p>
    <w:p>
      <w:pPr>
        <w:pStyle w:val="ListBullet"/>
      </w:pPr>
      <w:r>
        <w:t>Habilidad relacionada con el puesto</w:t>
      </w:r>
    </w:p>
    <w:p>
      <w:pPr>
        <w:pStyle w:val="ListBullet"/>
      </w:pPr>
      <w:r>
        <w:t>Idioma y nivel, si corresponde</w:t>
      </w:r>
    </w:p>
    <w:p>
      <w:pPr>
        <w:pStyle w:val="Heading1"/>
      </w:pPr>
      <w:r>
        <w:t>INFORMACIÓN ADICIONAL</w:t>
      </w:r>
    </w:p>
    <w:p>
      <w:r>
        <w:t>Cursos, certificaciones, licencias, voluntariado u otros datos relevantes.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Plantilla gratuita de VAKUH • Reemplaza los textos de ejemplo por tus datos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