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NOMBRE APELLIDO</w:t>
      </w:r>
    </w:p>
    <w:p>
      <w:pPr>
        <w:jc w:val="center"/>
      </w:pPr>
      <w:r>
        <w:rPr>
          <w:b/>
        </w:rPr>
        <w:t>Especialidad / Puesto profesional</w:t>
      </w:r>
    </w:p>
    <w:p>
      <w:pPr>
        <w:jc w:val="center"/>
      </w:pPr>
      <w:r>
        <w:t>Ciudad | Teléfono | correo@ejemplo.com | LinkedIn/Portfolio</w:t>
      </w:r>
    </w:p>
    <w:p>
      <w:pPr>
        <w:pStyle w:val="Heading1"/>
      </w:pPr>
      <w:r>
        <w:t>PERFIL PROFESIONAL</w:t>
      </w:r>
    </w:p>
    <w:p>
      <w:r>
        <w:t>Resume en 3 o 4 líneas tu especialidad, años o tipo de experiencia, fortalezas principales y el valor que puedes aportar.</w:t>
      </w:r>
    </w:p>
    <w:p>
      <w:pPr>
        <w:pStyle w:val="Heading1"/>
      </w:pPr>
      <w:r>
        <w:t>EXPERIENCIA PROFESIONAL</w:t>
      </w:r>
    </w:p>
    <w:p>
      <w:r>
        <w:rPr>
          <w:b/>
        </w:rPr>
        <w:t>PUESTO — EMPRESA</w:t>
      </w:r>
      <w:r>
        <w:t xml:space="preserve">  |  Mes/Año – Actualidad</w:t>
      </w:r>
    </w:p>
    <w:p>
      <w:pPr>
        <w:pStyle w:val="ListBullet"/>
      </w:pPr>
      <w:r>
        <w:t>Responsabilidad alineada con el puesto objetivo.</w:t>
      </w:r>
    </w:p>
    <w:p>
      <w:pPr>
        <w:pStyle w:val="ListBullet"/>
      </w:pPr>
      <w:r>
        <w:t>Logro cuantificable: por ejemplo, reducción de tiempos, aumento de ventas o mejora de un proceso.</w:t>
      </w:r>
    </w:p>
    <w:p>
      <w:pPr>
        <w:pStyle w:val="ListBullet"/>
      </w:pPr>
      <w:r>
        <w:t>Herramienta, metodología o conocimiento relevante utilizado.</w:t>
      </w:r>
    </w:p>
    <w:p>
      <w:r>
        <w:rPr>
          <w:b/>
        </w:rPr>
        <w:t>PUESTO — EMPRESA</w:t>
      </w:r>
      <w:r>
        <w:t xml:space="preserve">  |  Mes/Año – Mes/Año</w:t>
      </w:r>
    </w:p>
    <w:p>
      <w:pPr>
        <w:pStyle w:val="ListBullet"/>
      </w:pPr>
      <w:r>
        <w:t>Responsabilidad o proyecto relevante.</w:t>
      </w:r>
    </w:p>
    <w:p>
      <w:pPr>
        <w:pStyle w:val="ListBullet"/>
      </w:pPr>
      <w:r>
        <w:t>Resultado o contribución concreta.</w:t>
      </w:r>
    </w:p>
    <w:p>
      <w:pPr>
        <w:pStyle w:val="Heading1"/>
      </w:pPr>
      <w:r>
        <w:t>FORMACIÓN</w:t>
      </w:r>
    </w:p>
    <w:p>
      <w:r>
        <w:rPr>
          <w:b/>
        </w:rPr>
        <w:t>Título — Institución</w:t>
      </w:r>
      <w:r>
        <w:t xml:space="preserve">  |  Año</w:t>
      </w:r>
    </w:p>
    <w:p>
      <w:pPr>
        <w:pStyle w:val="Heading1"/>
      </w:pPr>
      <w:r>
        <w:t>COMPETENCIAS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shd w:fill="EDEDED"/>
          </w:tcPr>
          <w:p>
            <w:r>
              <w:t>Técnicas</w:t>
            </w:r>
          </w:p>
        </w:tc>
        <w:tc>
          <w:tcPr>
            <w:tcW w:type="dxa" w:w="5100"/>
            <w:shd w:fill="EDEDED"/>
          </w:tcPr>
          <w:p>
            <w:r>
              <w:t>Idiomas / otras</w:t>
            </w:r>
          </w:p>
        </w:tc>
      </w:tr>
      <w:tr>
        <w:tc>
          <w:tcPr>
            <w:tcW w:type="dxa" w:w="5100"/>
          </w:tcPr>
          <w:p>
            <w:r>
              <w:t>Herramienta 1 • Herramienta 2 • Competencia 3</w:t>
            </w:r>
          </w:p>
        </w:tc>
        <w:tc>
          <w:tcPr>
            <w:tcW w:type="dxa" w:w="5100"/>
          </w:tcPr>
          <w:p>
            <w:r>
              <w:t>Idioma — nivel • Certificación o licencia</w:t>
            </w:r>
          </w:p>
        </w:tc>
      </w:tr>
    </w:tbl>
    <w:p>
      <w:pPr>
        <w:pStyle w:val="Heading1"/>
      </w:pPr>
      <w:r>
        <w:t>CURSOS / CERTIFICACIONES</w:t>
      </w:r>
    </w:p>
    <w:p>
      <w:r>
        <w:t>Certificación o curso — Institución | Año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Plantilla gratuita de VAKUH • Reemplaza los textos de ejemplo por tus datos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