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NOMBRE APELLIDO</w:t>
      </w:r>
    </w:p>
    <w:p>
      <w:pPr>
        <w:jc w:val="center"/>
      </w:pPr>
      <w:r>
        <w:rPr>
          <w:b/>
        </w:rPr>
        <w:t>Objetivo laboral / Primer empleo</w:t>
      </w:r>
    </w:p>
    <w:p>
      <w:pPr>
        <w:jc w:val="center"/>
      </w:pPr>
      <w:r>
        <w:t>Ciudad | Teléfono | correo@ejemplo.com</w:t>
      </w:r>
    </w:p>
    <w:p>
      <w:pPr>
        <w:pStyle w:val="Heading1"/>
      </w:pPr>
      <w:r>
        <w:t>OBJETIVO</w:t>
      </w:r>
    </w:p>
    <w:p>
      <w:r>
        <w:t>Escribe 3 o 4 líneas sobre qué estás estudiando o qué sabes hacer, qué tipo de oportunidad buscas y qué puedes aportar.</w:t>
      </w:r>
    </w:p>
    <w:p>
      <w:pPr>
        <w:pStyle w:val="Heading1"/>
      </w:pPr>
      <w:r>
        <w:t>FORMACIÓN</w:t>
      </w:r>
    </w:p>
    <w:p>
      <w:r>
        <w:rPr>
          <w:b/>
        </w:rPr>
        <w:t>Estudios / Título — Institución</w:t>
      </w:r>
      <w:r>
        <w:t xml:space="preserve">  |  Año o “En curso”</w:t>
      </w:r>
    </w:p>
    <w:p>
      <w:r>
        <w:t>Puedes añadir materias, proyectos o conocimientos especialmente relacionados con el puesto.</w:t>
      </w:r>
    </w:p>
    <w:p>
      <w:pPr>
        <w:pStyle w:val="Heading1"/>
      </w:pPr>
      <w:r>
        <w:t>HABILIDADES</w:t>
      </w:r>
    </w:p>
    <w:p>
      <w:pPr>
        <w:pStyle w:val="ListBullet"/>
      </w:pPr>
      <w:r>
        <w:t>Herramientas informáticas que realmente manejas</w:t>
      </w:r>
    </w:p>
    <w:p>
      <w:pPr>
        <w:pStyle w:val="ListBullet"/>
      </w:pPr>
      <w:r>
        <w:t>Idiomas y nivel</w:t>
      </w:r>
    </w:p>
    <w:p>
      <w:pPr>
        <w:pStyle w:val="ListBullet"/>
      </w:pPr>
      <w:r>
        <w:t>Atención al cliente, organización u otras habilidades relevantes</w:t>
      </w:r>
    </w:p>
    <w:p>
      <w:pPr>
        <w:pStyle w:val="Heading1"/>
      </w:pPr>
      <w:r>
        <w:t>PROYECTOS, PRÁCTICAS O VOLUNTARIADO</w:t>
      </w:r>
    </w:p>
    <w:p>
      <w:r>
        <w:rPr>
          <w:b/>
        </w:rPr>
        <w:t>Actividad o proyecto — Organización / Institución</w:t>
      </w:r>
    </w:p>
    <w:p>
      <w:pPr>
        <w:pStyle w:val="ListBullet"/>
      </w:pPr>
      <w:r>
        <w:t>Explica qué hiciste y qué aprendiste.</w:t>
      </w:r>
    </w:p>
    <w:p>
      <w:pPr>
        <w:pStyle w:val="ListBullet"/>
      </w:pPr>
      <w:r>
        <w:t>Incluye resultados o responsabilidades concretas cuando sea posible.</w:t>
      </w:r>
    </w:p>
    <w:p>
      <w:pPr>
        <w:pStyle w:val="Heading1"/>
      </w:pPr>
      <w:r>
        <w:t>CURSOS Y CERTIFICACIONES</w:t>
      </w:r>
    </w:p>
    <w:p>
      <w:r>
        <w:t>Curso — Institución | Año</w:t>
      </w:r>
    </w:p>
    <w:p>
      <w:pPr>
        <w:pStyle w:val="Heading1"/>
      </w:pPr>
      <w:r>
        <w:t>INFORMACIÓN ADICIONAL</w:t>
      </w:r>
    </w:p>
    <w:p>
      <w:r>
        <w:t>Disponibilidad, licencia de conducir u otra información útil para la candidatura, si corresponde.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Plantilla gratuita de VAKUH • Reemplaza los textos de ejemplo por tus datos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